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PZP Z DÔVODU VYRADENIA VOZIDLA Z EVIDENCIE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Žiadosť o ukončenie PZP z dôvodu vyradenia vozidla z evidencie</w:t>
      </w:r>
    </w:p>
    <w:p>
      <w:pPr>
        <w:pStyle w:val="Heading2"/>
      </w:pPr>
      <w:r>
        <w:t>Oznamujem, že vyššie uvedené vozidlo bolo vyradené z evidencie vozidiel:</w:t>
      </w:r>
    </w:p>
    <w:p>
      <w:pPr>
        <w:ind w:left="259"/>
      </w:pPr>
      <w:r>
        <w:t>[ ] dočasne</w:t>
      </w:r>
    </w:p>
    <w:p>
      <w:pPr>
        <w:ind w:left="259"/>
      </w:pPr>
      <w:r>
        <w:t>[ ] trvalo</w:t>
      </w:r>
    </w:p>
    <w:p>
      <w:r>
        <w:t>Dátum vyradenia: _________________________________________________</w:t>
      </w:r>
    </w:p>
    <w:p>
      <w:r>
        <w:t>Príslušný orgán / pracovisko: _____________________________________</w:t>
      </w:r>
    </w:p>
    <w:p>
      <w:r>
        <w:t>Žiadam o ukončenie poistnej zmluvy ku dňu, ktorý zodpovedá doloženému vyradeniu vozidla a poistným podmienkam.</w:t>
      </w:r>
    </w:p>
    <w:p>
      <w:pPr>
        <w:pStyle w:val="Heading2"/>
      </w:pPr>
      <w:r>
        <w:t>Prílohy:</w:t>
      </w:r>
    </w:p>
    <w:p>
      <w:pPr>
        <w:ind w:left="259"/>
      </w:pPr>
      <w:r>
        <w:t>[ ] doklad o vyradení vozidla z evidencie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IBAN pre prípadné vrátenie preplatku:</w:t>
      </w:r>
    </w:p>
    <w:p>
      <w:r>
        <w:t>__________________________________________________________________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Dočasné a trvalé vyradenie môžu mať rozdielne následky; požiadavky si overte u poisťovne a podľa evidenčného stavu vozidla.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PZP Z DÔVODU VYRADENIA VOZIDLA Z EVIDENCIE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