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rFonts w:ascii="Calibri" w:hAnsi="Calibri"/>
          <w:b/>
          <w:color w:val="0B2545"/>
          <w:sz w:val="32"/>
        </w:rPr>
        <w:t>VÝPOVEĎ PZP Z DÔVODU KRÁDEŽE VOZIDLA</w:t>
      </w:r>
    </w:p>
    <w:p>
      <w:pPr>
        <w:pStyle w:val="Heading2"/>
      </w:pPr>
      <w:r>
        <w:t>Poisťovňa:</w:t>
      </w:r>
    </w:p>
    <w:p>
      <w:r>
        <w:t>Názov: ___________________________________________________________</w:t>
      </w:r>
    </w:p>
    <w:p>
      <w:r>
        <w:t>Adresa: __________________________________________________________</w:t>
      </w:r>
    </w:p>
    <w:p>
      <w:pPr>
        <w:pStyle w:val="Heading2"/>
      </w:pPr>
      <w:r>
        <w:t>Poistník:</w:t>
      </w:r>
    </w:p>
    <w:p>
      <w:r>
        <w:t>Meno / názov: ____________________________________________________</w:t>
      </w:r>
    </w:p>
    <w:p>
      <w:r>
        <w:t>Adresa / sídlo: __________________________________________________</w:t>
      </w:r>
    </w:p>
    <w:p>
      <w:r>
        <w:t>Dátum narodenia / IČO: ___________________________________________</w:t>
      </w:r>
    </w:p>
    <w:p>
      <w:pPr>
        <w:pStyle w:val="Heading2"/>
      </w:pPr>
      <w:r>
        <w:t>Poistná zmluva:</w:t>
      </w:r>
    </w:p>
    <w:p>
      <w:r>
        <w:t>Číslo poistnej zmluvy: ___________________________________________</w:t>
      </w:r>
    </w:p>
    <w:p>
      <w:pPr>
        <w:pStyle w:val="Heading2"/>
      </w:pPr>
      <w:r>
        <w:t>Vozidlo:</w:t>
      </w:r>
    </w:p>
    <w:p>
      <w:r>
        <w:t>Značka a model: __________________________________________________</w:t>
      </w:r>
    </w:p>
    <w:p>
      <w:r>
        <w:t>EČV: _____________________________________________________________</w:t>
      </w:r>
    </w:p>
    <w:p>
      <w:r>
        <w:t>VIN: _____________________________________________________________</w:t>
      </w:r>
    </w:p>
    <w:p>
      <w:r>
        <w:t>Vec: Žiadosť o ukončenie PZP z dôvodu krádeže vozidla</w:t>
      </w:r>
    </w:p>
    <w:p>
      <w:pPr>
        <w:pStyle w:val="Heading2"/>
      </w:pPr>
      <w:r>
        <w:t>Oznamujem, že vyššie uvedené vozidlo bolo odcudzené dňa:</w:t>
      </w:r>
    </w:p>
    <w:p>
      <w:r>
        <w:t>__________________________________________________________________</w:t>
      </w:r>
    </w:p>
    <w:p>
      <w:pPr>
        <w:pStyle w:val="Heading2"/>
      </w:pPr>
      <w:r>
        <w:t>Krádež bola nahlásená:</w:t>
      </w:r>
    </w:p>
    <w:p>
      <w:r>
        <w:t>Orgán / útvar: ___________________________________________________</w:t>
      </w:r>
    </w:p>
    <w:p>
      <w:r>
        <w:t>Dátum nahlásenia: ________________________________________________</w:t>
      </w:r>
    </w:p>
    <w:p>
      <w:r>
        <w:t>Číslo potvrdenia / spisu: _________________________________________</w:t>
      </w:r>
    </w:p>
    <w:p>
      <w:r>
        <w:t>Žiadam o ukončenie PZP ku dňu, ku ktorému vznikol dôvod zániku poistenia podľa poistných podmienok, a o písomné potvrdenie ukončenia poistnej zmluvy.</w:t>
      </w:r>
    </w:p>
    <w:p>
      <w:pPr>
        <w:pStyle w:val="Heading2"/>
      </w:pPr>
      <w:r>
        <w:t>Prílohy:</w:t>
      </w:r>
    </w:p>
    <w:p>
      <w:pPr>
        <w:ind w:left="259"/>
      </w:pPr>
      <w:r>
        <w:t>[ ] doklad o nahlásení krádeže</w:t>
      </w:r>
    </w:p>
    <w:p>
      <w:pPr>
        <w:ind w:left="259"/>
      </w:pPr>
      <w:r>
        <w:t>[ ] iné: _________________________________________________________</w:t>
      </w:r>
    </w:p>
    <w:p>
      <w:pPr>
        <w:pStyle w:val="Heading2"/>
      </w:pPr>
      <w:r>
        <w:t>IBAN pre prípadné vrátenie preplatku:</w:t>
      </w:r>
    </w:p>
    <w:p>
      <w:r>
        <w:t>__________________________________________________________________</w:t>
      </w:r>
    </w:p>
    <w:p>
      <w:r>
        <w:t>V __________________________ dňa _________________________________</w:t>
      </w:r>
    </w:p>
    <w:p>
      <w:r>
        <w:t>Podpis poistníka: ________________________________________________</w:t>
      </w:r>
    </w:p>
    <w:p>
      <w:pPr>
        <w:spacing w:before="160" w:after="160"/>
        <w:shd w:fill="FFF7ED"/>
      </w:pPr>
      <w:r>
        <w:rPr>
          <w:b/>
          <w:color w:val="7C2D12"/>
        </w:rPr>
        <w:t>Upozornenie: Tento dokument je orientačný vzor. Nenahrádza hlásenie poistnej udalosti, oznámenie polícii ani osobitný postup poisťovne pri krádeži vozidla.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748B"/>
        <w:sz w:val="18"/>
      </w:rPr>
      <w:t>Autofinancovanie.sk - orientačný vzor dokumentu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VÝPOVEĎ PZP Z DÔVODU KRÁDEŽE VOZIDLA</dc:title>
  <dc:subject>Vzor dokumentu pre vozidlo</dc:subject>
  <dc:creator>Autofinancovanie.sk</dc:creator>
  <cp:keywords>autofinancovanie, vozidlo, dokument, vzor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