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VÝPOVEĎ / ŽIADOSŤ O UKONČENIE POVINNÉHO ZMLUVNÉHO POISTENIA</w:t>
      </w:r>
    </w:p>
    <w:p>
      <w:pPr>
        <w:pStyle w:val="Heading2"/>
      </w:pPr>
      <w:r>
        <w:t>Poisťovňa:</w:t>
      </w:r>
    </w:p>
    <w:p>
      <w:r>
        <w:t>Názov: ___________________________________________________________</w:t>
      </w:r>
    </w:p>
    <w:p>
      <w:r>
        <w:t>Adresa: __________________________________________________________</w:t>
      </w:r>
    </w:p>
    <w:p>
      <w:pPr>
        <w:pStyle w:val="Heading2"/>
      </w:pPr>
      <w:r>
        <w:t>Poistník: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Telefón / e-mail: ________________________________________________</w:t>
      </w:r>
    </w:p>
    <w:p>
      <w:pPr>
        <w:pStyle w:val="Heading2"/>
      </w:pPr>
      <w:r>
        <w:t>Poistná zmluva:</w:t>
      </w:r>
    </w:p>
    <w:p>
      <w:r>
        <w:t>Číslo poistnej zmluvy: ___________________________________________</w:t>
      </w:r>
    </w:p>
    <w:p>
      <w:r>
        <w:t>Poistenie: povinné zmluvné poistenie motorového vozidla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EČV: _____________________________________________________________</w:t>
      </w:r>
    </w:p>
    <w:p>
      <w:r>
        <w:t>VIN: _____________________________________________________________</w:t>
      </w:r>
    </w:p>
    <w:p>
      <w:r>
        <w:t>Vec: Výpoveď / žiadosť o ukončenie PZP</w:t>
      </w:r>
    </w:p>
    <w:p>
      <w:pPr>
        <w:pStyle w:val="Heading2"/>
      </w:pPr>
      <w:r>
        <w:t>Týmto žiadam o ukončenie vyššie uvedenej poistnej zmluvy z dôvodu:</w:t>
      </w:r>
    </w:p>
    <w:p>
      <w:pPr>
        <w:ind w:left="259"/>
      </w:pPr>
      <w:r>
        <w:t>[ ] predaj / zmena držiteľa vozidla</w:t>
      </w:r>
    </w:p>
    <w:p>
      <w:pPr>
        <w:ind w:left="259"/>
      </w:pPr>
      <w:r>
        <w:t>[ ] koniec poistného obdobia</w:t>
      </w:r>
    </w:p>
    <w:p>
      <w:pPr>
        <w:ind w:left="259"/>
      </w:pPr>
      <w:r>
        <w:t>[ ] vyradenie vozidla z evidencie</w:t>
      </w:r>
    </w:p>
    <w:p>
      <w:pPr>
        <w:ind w:left="259"/>
      </w:pPr>
      <w:r>
        <w:t>[ ] krádež vozidla</w:t>
      </w:r>
    </w:p>
    <w:p>
      <w:pPr>
        <w:ind w:left="259"/>
      </w:pPr>
      <w:r>
        <w:t>[ ] zánik vozidla</w:t>
      </w:r>
    </w:p>
    <w:p>
      <w:pPr>
        <w:ind w:left="259"/>
      </w:pPr>
      <w:r>
        <w:t>[ ] iný dôvod: ___________________________________________________</w:t>
      </w:r>
    </w:p>
    <w:p>
      <w:r>
        <w:t>Žiadam o ukončenie poistenia ku dňu: _____________________________</w:t>
      </w:r>
    </w:p>
    <w:p>
      <w:pPr>
        <w:pStyle w:val="Heading2"/>
      </w:pPr>
      <w:r>
        <w:t>Prílohy:</w:t>
      </w:r>
    </w:p>
    <w:p>
      <w:pPr>
        <w:ind w:left="259"/>
      </w:pPr>
      <w:r>
        <w:t>[ ] kópia kúpnej zmluvy / potvrdenie o zmene držby</w:t>
      </w:r>
    </w:p>
    <w:p>
      <w:pPr>
        <w:ind w:left="259"/>
      </w:pPr>
      <w:r>
        <w:t>[ ] doklad o vyradení vozidla z evidencie</w:t>
      </w:r>
    </w:p>
    <w:p>
      <w:pPr>
        <w:ind w:left="259"/>
      </w:pPr>
      <w:r>
        <w:t>[ ] doklad o nahlásení krádeže</w:t>
      </w:r>
    </w:p>
    <w:p>
      <w:pPr>
        <w:ind w:left="259"/>
      </w:pPr>
      <w:r>
        <w:t>[ ] doklad o zániku alebo likvidácii vozidla</w:t>
      </w:r>
    </w:p>
    <w:p>
      <w:pPr>
        <w:ind w:left="259"/>
      </w:pPr>
      <w:r>
        <w:t>[ ] iné: _________________________________________________________</w:t>
      </w:r>
    </w:p>
    <w:p>
      <w:pPr>
        <w:pStyle w:val="Heading2"/>
      </w:pPr>
      <w:r>
        <w:t>Zároveň žiadam o vysporiadanie prípadného preplatku poistného na účet:</w:t>
      </w:r>
    </w:p>
    <w:p>
      <w:r>
        <w:t>IBAN: ____________________________________________________________</w:t>
      </w:r>
    </w:p>
    <w:p>
      <w:r>
        <w:t>V __________________________ dňa _________________________________</w:t>
      </w:r>
    </w:p>
    <w:p>
      <w:r>
        <w:t>Podpis poistníka: ________________________________________________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Výpovedné dôvody, lehoty, akceptovaný spôsob doručenia a prílohy sa riadia zákonom, poistnými podmienkami a postupom konkrétnej poisťovne.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VÝPOVEĎ / ŽIADOSŤ O UKONČENIE POVINNÉHO ZMLUVNÉHO POISTENIA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