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PZP KU KONCU POISTNÉHO OBDOBIA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r>
        <w:t>Poistné obdobie končí dňa: 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Výpoveď poistnej zmluvy ku koncu poistného obdobia</w:t>
      </w:r>
    </w:p>
    <w:p>
      <w:r>
        <w:t>Týmto vypovedám poistnú zmluvu povinného zmluvného poistenia uvedenú vyššie ku koncu aktuálneho poistného obdobia.</w:t>
      </w:r>
    </w:p>
    <w:p>
      <w:r>
        <w:t>Žiadam o potvrdenie prijatia výpovede a informáciu o dátume zániku poistenia.</w:t>
      </w:r>
    </w:p>
    <w:p>
      <w:pPr>
        <w:pStyle w:val="Heading2"/>
      </w:pPr>
      <w:r>
        <w:t>Prípadný preplatok poistného žiadam poukázať na účet:</w:t>
      </w:r>
    </w:p>
    <w:p>
      <w:r>
        <w:t>IBAN: 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Pred odoslaním si overte výpovednú lehotu a spôsob doručenia podľa poistných podmienok konkrétnej poisťovne.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PZP KU KONCU POISTNÉHO OBDOBIA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