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VÝPOVEĎ HAVARIJNÉHO POISTENIA</w:t>
      </w:r>
    </w:p>
    <w:p>
      <w:pPr>
        <w:pStyle w:val="Heading2"/>
      </w:pPr>
      <w:r>
        <w:t>Poisťovňa:</w:t>
      </w:r>
    </w:p>
    <w:p>
      <w:r>
        <w:t>Názov: ___________________________________________________________</w:t>
      </w:r>
    </w:p>
    <w:p>
      <w:r>
        <w:t>Adresa: __________________________________________________________</w:t>
      </w:r>
    </w:p>
    <w:p>
      <w:pPr>
        <w:pStyle w:val="Heading2"/>
      </w:pPr>
      <w:r>
        <w:t>Poistník: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pPr>
        <w:pStyle w:val="Heading2"/>
      </w:pPr>
      <w:r>
        <w:t>Poistná zmluva:</w:t>
      </w:r>
    </w:p>
    <w:p>
      <w:r>
        <w:t>Číslo poistnej zmluvy: ___________________________________________</w:t>
      </w:r>
    </w:p>
    <w:p>
      <w:r>
        <w:t>Druh poistenia: havarijné poistenie</w:t>
      </w:r>
    </w:p>
    <w:p>
      <w:pPr>
        <w:pStyle w:val="Heading2"/>
      </w:pPr>
      <w:r>
        <w:t>Vozidlo:</w:t>
      </w:r>
    </w:p>
    <w:p>
      <w:r>
        <w:t>Značka a model: __________________________________________________</w:t>
      </w:r>
    </w:p>
    <w:p>
      <w:r>
        <w:t>EČV: _____________________________________________________________</w:t>
      </w:r>
    </w:p>
    <w:p>
      <w:r>
        <w:t>VIN: _____________________________________________________________</w:t>
      </w:r>
    </w:p>
    <w:p>
      <w:r>
        <w:t>Vec: Výpoveď havarijného poistenia</w:t>
      </w:r>
    </w:p>
    <w:p>
      <w:pPr>
        <w:pStyle w:val="Heading2"/>
      </w:pPr>
      <w:r>
        <w:t>Týmto žiadam o ukončenie vyššie uvedenej poistnej zmluvy z dôvodu:</w:t>
      </w:r>
    </w:p>
    <w:p>
      <w:pPr>
        <w:ind w:left="259"/>
      </w:pPr>
      <w:r>
        <w:t>[ ] koniec poistného obdobia</w:t>
      </w:r>
    </w:p>
    <w:p>
      <w:pPr>
        <w:ind w:left="259"/>
      </w:pPr>
      <w:r>
        <w:t>[ ] predaj / zmena držiteľa vozidla</w:t>
      </w:r>
    </w:p>
    <w:p>
      <w:pPr>
        <w:ind w:left="259"/>
      </w:pPr>
      <w:r>
        <w:t>[ ] vyradenie vozidla z evidencie</w:t>
      </w:r>
    </w:p>
    <w:p>
      <w:pPr>
        <w:ind w:left="259"/>
      </w:pPr>
      <w:r>
        <w:t>[ ] krádež vozidla</w:t>
      </w:r>
    </w:p>
    <w:p>
      <w:pPr>
        <w:ind w:left="259"/>
      </w:pPr>
      <w:r>
        <w:t>[ ] iný dôvod podľa poistných podmienok: __________________________</w:t>
      </w:r>
    </w:p>
    <w:p>
      <w:r>
        <w:t>Požadovaný dátum ukončenia: ______________________________________</w:t>
      </w:r>
    </w:p>
    <w:p>
      <w:pPr>
        <w:pStyle w:val="Heading2"/>
      </w:pPr>
      <w:r>
        <w:t>Prílohy:</w:t>
      </w:r>
    </w:p>
    <w:p>
      <w:pPr>
        <w:ind w:left="259"/>
      </w:pPr>
      <w:r>
        <w:t>[ ] kúpna zmluva / doklad o zmene držby</w:t>
      </w:r>
    </w:p>
    <w:p>
      <w:pPr>
        <w:ind w:left="259"/>
      </w:pPr>
      <w:r>
        <w:t>[ ] doklad o vyradení vozidla</w:t>
      </w:r>
    </w:p>
    <w:p>
      <w:pPr>
        <w:ind w:left="259"/>
      </w:pPr>
      <w:r>
        <w:t>[ ] doklad o krádeži vozidla</w:t>
      </w:r>
    </w:p>
    <w:p>
      <w:pPr>
        <w:ind w:left="259"/>
      </w:pPr>
      <w:r>
        <w:t>[ ] súhlas financujúcej spoločnosti / informácia o vinkulácii</w:t>
      </w:r>
    </w:p>
    <w:p>
      <w:pPr>
        <w:ind w:left="259"/>
      </w:pPr>
      <w:r>
        <w:t>[ ] iné: _________________________________________________________</w:t>
      </w:r>
    </w:p>
    <w:p>
      <w:pPr>
        <w:pStyle w:val="Heading2"/>
      </w:pPr>
      <w:r>
        <w:t>IBAN pre prípadné vrátenie preplatku:</w:t>
      </w:r>
    </w:p>
    <w:p>
      <w:r>
        <w:t>__________________________________________________________________</w:t>
      </w:r>
    </w:p>
    <w:p>
      <w:r>
        <w:t>V __________________________ dňa _________________________________</w:t>
      </w:r>
    </w:p>
    <w:p>
      <w:r>
        <w:t>Podpis poistníka: ________________________________________________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Tento dokument je orientačný vzor. Havarijné poistenie sa riadi konkrétnou zmluvou; pri leasingu, úvere alebo vinkulácii si overte aj požiadavky financujúcej spoločnosti.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VÝPOVEĎ HAVARIJNÉHO POISTENIA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