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SPRÁVA O NEHODE - POMOCNÝ CHECKLIST</w:t>
      </w:r>
    </w:p>
    <w:p>
      <w:pPr>
        <w:spacing w:before="160" w:after="160"/>
        <w:shd w:fill="FFF7ED"/>
      </w:pPr>
      <w:r>
        <w:rPr>
          <w:b/>
          <w:color w:val="7C2D12"/>
        </w:rPr>
        <w:t>Dôležité: Tento dokument je pomocný checklist. Nenahrádza oficiálny európsky formulár správy o nehode, pokyny polície ani postup konkrétnej poisťovne.</w:t>
      </w:r>
    </w:p>
    <w:p>
      <w:pPr>
        <w:pStyle w:val="Heading2"/>
      </w:pPr>
      <w:r>
        <w:t>Základné údaje:</w:t>
      </w:r>
    </w:p>
    <w:p>
      <w:r>
        <w:t>Dátum a čas udalosti: ____________________________________________</w:t>
      </w:r>
    </w:p>
    <w:p>
      <w:r>
        <w:t>Miesto udalosti: __________________________________________________</w:t>
      </w:r>
    </w:p>
    <w:p>
      <w:pPr>
        <w:pStyle w:val="Heading2"/>
      </w:pPr>
      <w:r>
        <w:t>Typ situácie:</w:t>
      </w:r>
    </w:p>
    <w:p>
      <w:pPr>
        <w:ind w:left="259"/>
      </w:pPr>
      <w:r>
        <w:t>[ ] škodová udalosť</w:t>
      </w:r>
    </w:p>
    <w:p>
      <w:pPr>
        <w:ind w:left="259"/>
      </w:pPr>
      <w:r>
        <w:t>[ ] dopravná nehoda</w:t>
      </w:r>
    </w:p>
    <w:p>
      <w:pPr>
        <w:ind w:left="259"/>
      </w:pPr>
      <w:r>
        <w:t>[ ] nie je jasné - overiť postup</w:t>
      </w:r>
    </w:p>
    <w:p>
      <w:pPr>
        <w:pStyle w:val="Heading2"/>
      </w:pPr>
      <w:r>
        <w:t>Účastník A:</w:t>
      </w:r>
    </w:p>
    <w:p>
      <w:r>
        <w:t>Meno vodiča: _____________________________________________________</w:t>
      </w:r>
    </w:p>
    <w:p>
      <w:r>
        <w:t>Telefón / e-mail: ________________________________________________</w:t>
      </w:r>
    </w:p>
    <w:p>
      <w:r>
        <w:t>Vozidlo, EČV, VIN: _______________________________________________</w:t>
      </w:r>
    </w:p>
    <w:p>
      <w:r>
        <w:t>Poisťovňa a číslo poistky: ________________________________________</w:t>
      </w:r>
    </w:p>
    <w:p>
      <w:pPr>
        <w:pStyle w:val="Heading2"/>
      </w:pPr>
      <w:r>
        <w:t>Účastník B:</w:t>
      </w:r>
    </w:p>
    <w:p>
      <w:r>
        <w:t>Meno vodiča: _____________________________________________________</w:t>
      </w:r>
    </w:p>
    <w:p>
      <w:r>
        <w:t>Telefón / e-mail: ________________________________________________</w:t>
      </w:r>
    </w:p>
    <w:p>
      <w:r>
        <w:t>Vozidlo, EČV, VIN: _______________________________________________</w:t>
      </w:r>
    </w:p>
    <w:p>
      <w:r>
        <w:t>Poisťovňa a číslo poistky: ________________________________________</w:t>
      </w:r>
    </w:p>
    <w:p>
      <w:pPr>
        <w:pStyle w:val="Heading2"/>
      </w:pPr>
      <w:r>
        <w:t>Čo zdokumentovať:</w:t>
      </w:r>
    </w:p>
    <w:p>
      <w:pPr>
        <w:ind w:left="259"/>
      </w:pPr>
      <w:r>
        <w:t>[ ] fotografie miesta udalosti</w:t>
      </w:r>
    </w:p>
    <w:p>
      <w:pPr>
        <w:ind w:left="259"/>
      </w:pPr>
      <w:r>
        <w:t>[ ] fotografie poškodení vozidiel</w:t>
      </w:r>
    </w:p>
    <w:p>
      <w:pPr>
        <w:ind w:left="259"/>
      </w:pPr>
      <w:r>
        <w:t>[ ] dopravné značenie, poloha vozidiel a brzdenie</w:t>
      </w:r>
    </w:p>
    <w:p>
      <w:pPr>
        <w:ind w:left="259"/>
      </w:pPr>
      <w:r>
        <w:t>[ ] údaje svedkov</w:t>
      </w:r>
    </w:p>
    <w:p>
      <w:pPr>
        <w:ind w:left="259"/>
      </w:pPr>
      <w:r>
        <w:t>[ ] nákres situácie</w:t>
      </w:r>
    </w:p>
    <w:p>
      <w:pPr>
        <w:ind w:left="259"/>
      </w:pPr>
      <w:r>
        <w:t>[ ] číslo oficiálnej správy o nehode alebo poistnej udalosti</w:t>
      </w:r>
    </w:p>
    <w:p>
      <w:pPr>
        <w:pStyle w:val="Heading2"/>
      </w:pPr>
      <w:r>
        <w:t>Svedkovia:</w:t>
      </w:r>
    </w:p>
    <w:p>
      <w:r>
        <w:t>Meno a kontakt: __________________________________________________</w:t>
      </w:r>
    </w:p>
    <w:p>
      <w:r>
        <w:t>Meno a kontakt: __________________________________________________</w:t>
      </w:r>
    </w:p>
    <w:p>
      <w:pPr>
        <w:pStyle w:val="Heading2"/>
      </w:pPr>
      <w:r>
        <w:t>Poznámky k priebehu udalosti:</w:t>
      </w:r>
    </w:p>
    <w:p>
      <w:r>
        <w:t>__________________________________________________________________</w:t>
      </w:r>
    </w:p>
    <w:p>
      <w:r>
        <w:t>__________________________________________________________________</w:t>
      </w:r>
    </w:p>
    <w:p>
      <w:r>
        <w:t>__________________________________________________________________</w:t>
      </w:r>
    </w:p>
    <w:p>
      <w:pPr>
        <w:pStyle w:val="Heading2"/>
      </w:pPr>
      <w:r>
        <w:t>Podpisy účastníkov, ak sa dokument používa ako pomocná príloha:</w:t>
      </w:r>
    </w:p>
    <w:p>
      <w:r>
        <w:t>Účastník A: ______________________________________________________</w:t>
      </w:r>
    </w:p>
    <w:p>
      <w:r>
        <w:t>Účastník B: ______________________________________________________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Pri zranení, spore, alkohole, vyššej škode alebo iných zákonom stanovených situáciách postupujte podľa aktuálnych pravidiel a volajte políciu.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NEHODE - POMOCNÝ CHECKLIST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