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SPLNOMOCNENIE NA PRIHLÁSENIE VOZIDLA</w:t>
      </w:r>
    </w:p>
    <w:p>
      <w:pPr>
        <w:pStyle w:val="Heading2"/>
      </w:pPr>
      <w:r>
        <w:t>Splnomocniteľ: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Splnomocnenec: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EČV, ak je pridelené: _____________________________________________</w:t>
      </w:r>
    </w:p>
    <w:p>
      <w:r>
        <w:t>Osvedčenie o evidencii / technický preukaz: _______________________</w:t>
      </w:r>
    </w:p>
    <w:p>
      <w:pPr>
        <w:pStyle w:val="Heading2"/>
      </w:pPr>
      <w:r>
        <w:t>Rozsah splnomocnenia:</w:t>
      </w:r>
    </w:p>
    <w:p>
      <w:r>
        <w:t>Splnomocňujem uvedeného splnomocnenca, aby ma zastupoval pri prihlásení vozidla, zápise držiteľa alebo súvisiacich evidenčných úkonoch na príslušnom dopravnom inšpektoráte alebo v elektronickej službe, vrátane podpisu potrebných podaní a prevzatia dokladov, ak to úradný postup umožňuje.</w:t>
      </w:r>
    </w:p>
    <w:p>
      <w:pPr>
        <w:pStyle w:val="Heading2"/>
      </w:pPr>
      <w:r>
        <w:t>Splnomocnenie je platné:</w:t>
      </w:r>
    </w:p>
    <w:p>
      <w:pPr>
        <w:ind w:left="259"/>
      </w:pPr>
      <w:r>
        <w:t>[ ] na jeden konkrétny úkon</w:t>
      </w:r>
    </w:p>
    <w:p>
      <w:pPr>
        <w:ind w:left="259"/>
      </w:pPr>
      <w:r>
        <w:t>[ ] do dátumu: ___________________________________________________</w:t>
      </w:r>
    </w:p>
    <w:p>
      <w:r>
        <w:t>V __________________________ dňa _________________________________</w:t>
      </w:r>
    </w:p>
    <w:p>
      <w:r>
        <w:t>Podpis splnomocniteľa: ___________________________________________</w:t>
      </w:r>
    </w:p>
    <w:p>
      <w:r>
        <w:t>Podpis splnomocnenca: 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Pri evidenčných úkonoch si overte požiadavku na úradne osvedčený podpis a aktuálny postup na Slovensko.sk alebo dopravnom inšpektoráte.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PRIHLÁSENIE VOZIDLA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