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SPLNOMOCNENIE NA PREDAJ VOZIDLA</w:t>
      </w:r>
    </w:p>
    <w:p>
      <w:pPr>
        <w:pStyle w:val="Heading2"/>
      </w:pPr>
      <w:r>
        <w:t>Splnomocniteľ / vlastník: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Splnomocnenec: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EČV: _____________________________________________________________</w:t>
      </w:r>
    </w:p>
    <w:p>
      <w:r>
        <w:t>Rok výroby: ______________________________________________________</w:t>
      </w:r>
    </w:p>
    <w:p>
      <w:pPr>
        <w:pStyle w:val="Heading2"/>
      </w:pPr>
      <w:r>
        <w:t>Rozsah splnomocnenia:</w:t>
      </w:r>
    </w:p>
    <w:p>
      <w:r>
        <w:t>Splnomocňujem splnomocnenca na vykonanie úkonov súvisiacich s predajom vyššie uvedeného vozidla v tomto rozsahu:</w:t>
      </w:r>
    </w:p>
    <w:p>
      <w:pPr>
        <w:ind w:left="259"/>
      </w:pPr>
      <w:r>
        <w:t>[ ] rokovanie s kupujúcim</w:t>
      </w:r>
    </w:p>
    <w:p>
      <w:pPr>
        <w:ind w:left="259"/>
      </w:pPr>
      <w:r>
        <w:t>[ ] podpis kúpnej zmluvy</w:t>
      </w:r>
    </w:p>
    <w:p>
      <w:pPr>
        <w:ind w:left="259"/>
      </w:pPr>
      <w:r>
        <w:t>[ ] podpis protokolu o odovzdaní vozidla</w:t>
      </w:r>
    </w:p>
    <w:p>
      <w:pPr>
        <w:ind w:left="259"/>
      </w:pPr>
      <w:r>
        <w:t>[ ] prevzatie kúpnej ceny</w:t>
      </w:r>
    </w:p>
    <w:p>
      <w:pPr>
        <w:ind w:left="259"/>
      </w:pPr>
      <w:r>
        <w:t>[ ] oznámenie predaja poisťovni</w:t>
      </w:r>
    </w:p>
    <w:p>
      <w:pPr>
        <w:ind w:left="259"/>
      </w:pPr>
      <w:r>
        <w:t>[ ] evidenčné úkony súvisiace s predajom</w:t>
      </w:r>
    </w:p>
    <w:p>
      <w:pPr>
        <w:ind w:left="259"/>
      </w:pPr>
      <w:r>
        <w:t>[ ] iné: _________________________________________________________</w:t>
      </w:r>
    </w:p>
    <w:p>
      <w:r>
        <w:t>Ak je splnomocnenec oprávnený prevziať kúpnu cenu, maximálna alebo dohodnutá cena je:</w:t>
      </w:r>
    </w:p>
    <w:p>
      <w:r>
        <w:t>__________________________________________________________________</w:t>
      </w:r>
    </w:p>
    <w:p>
      <w:pPr>
        <w:pStyle w:val="Heading2"/>
      </w:pPr>
      <w:r>
        <w:t>Spôsob úhrady kúpnej ceny:</w:t>
      </w:r>
    </w:p>
    <w:p>
      <w:pPr>
        <w:ind w:left="259"/>
      </w:pPr>
      <w:r>
        <w:t>[ ] bankovým prevodom</w:t>
      </w:r>
    </w:p>
    <w:p>
      <w:pPr>
        <w:ind w:left="259"/>
      </w:pPr>
      <w:r>
        <w:t>[ ] v hotovosti</w:t>
      </w:r>
    </w:p>
    <w:p>
      <w:pPr>
        <w:ind w:left="259"/>
      </w:pPr>
      <w:r>
        <w:t>[ ] inak: ________________________________________________________</w:t>
      </w:r>
    </w:p>
    <w:p>
      <w:r>
        <w:t>Splnomocnenie je platné do: _______________________________________</w:t>
      </w:r>
    </w:p>
    <w:p>
      <w:r>
        <w:t>V __________________________ dňa _________________________________</w:t>
      </w:r>
    </w:p>
    <w:p>
      <w:r>
        <w:t>Podpis splnomocniteľa: ___________________________________________</w:t>
      </w:r>
    </w:p>
    <w:p>
      <w:r>
        <w:t>Podpis splnomocnenca: 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Pri predaji vozidla, prijímaní peňazí alebo zastupovaní na úrade zvážte právnu kontrolu a úradné overenie podpisu.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PREDAJ VOZIDLA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