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80"/>
        <w:jc w:val="center"/>
      </w:pPr>
      <w:r>
        <w:rPr>
          <w:rFonts w:ascii="Calibri" w:hAnsi="Calibri"/>
          <w:b/>
          <w:color w:val="0B2545"/>
          <w:sz w:val="32"/>
        </w:rPr>
        <w:t>SPLNOMOCNENIE NA POUŽÍVANIE MOTOROVÉHO VOZIDLA</w:t>
      </w:r>
    </w:p>
    <w:p>
      <w:pPr>
        <w:pStyle w:val="Heading2"/>
      </w:pPr>
      <w:r>
        <w:t>Vlastník / držiteľ vozidla:</w:t>
      </w:r>
    </w:p>
    <w:p>
      <w:r>
        <w:t>Meno / názov: ____________________________________________________</w:t>
      </w:r>
    </w:p>
    <w:p>
      <w:r>
        <w:t>Adresa / sídlo: __________________________________________________</w:t>
      </w:r>
    </w:p>
    <w:p>
      <w:r>
        <w:t>Dátum narodenia / IČO: ___________________________________________</w:t>
      </w:r>
    </w:p>
    <w:p>
      <w:pPr>
        <w:pStyle w:val="Heading2"/>
      </w:pPr>
      <w:r>
        <w:t>Splnomocnená osoba / používateľ:</w:t>
      </w:r>
    </w:p>
    <w:p>
      <w:r>
        <w:t>Meno / názov: ____________________________________________________</w:t>
      </w:r>
    </w:p>
    <w:p>
      <w:r>
        <w:t>Adresa / sídlo: __________________________________________________</w:t>
      </w:r>
    </w:p>
    <w:p>
      <w:r>
        <w:t>Dátum narodenia / IČO: ___________________________________________</w:t>
      </w:r>
    </w:p>
    <w:p>
      <w:r>
        <w:t>Číslo dokladu totožnosti: _________________________________________</w:t>
      </w:r>
    </w:p>
    <w:p>
      <w:pPr>
        <w:pStyle w:val="Heading2"/>
      </w:pPr>
      <w:r>
        <w:t>Vozidlo:</w:t>
      </w:r>
    </w:p>
    <w:p>
      <w:r>
        <w:t>Značka a model: __________________________________________________</w:t>
      </w:r>
    </w:p>
    <w:p>
      <w:r>
        <w:t>VIN: _____________________________________________________________</w:t>
      </w:r>
    </w:p>
    <w:p>
      <w:r>
        <w:t>EČV: _____________________________________________________________</w:t>
      </w:r>
    </w:p>
    <w:p>
      <w:pPr>
        <w:pStyle w:val="Heading2"/>
      </w:pPr>
      <w:r>
        <w:t>Rozsah používania:</w:t>
      </w:r>
    </w:p>
    <w:p>
      <w:r>
        <w:t>Splnomocňujem uvedenú osobu na používanie vyššie uvedeného motorového vozidla v období:</w:t>
      </w:r>
    </w:p>
    <w:p>
      <w:r>
        <w:t>Od: __________________________ Do: _______________________________</w:t>
      </w:r>
    </w:p>
    <w:p>
      <w:pPr>
        <w:pStyle w:val="Heading2"/>
      </w:pPr>
      <w:r>
        <w:t>Účel používania:</w:t>
      </w:r>
    </w:p>
    <w:p>
      <w:pPr>
        <w:ind w:left="259"/>
      </w:pPr>
      <w:r>
        <w:t>[ ] súkromné použitie</w:t>
      </w:r>
    </w:p>
    <w:p>
      <w:pPr>
        <w:ind w:left="259"/>
      </w:pPr>
      <w:r>
        <w:t>[ ] pracovné / služobné použitie</w:t>
      </w:r>
    </w:p>
    <w:p>
      <w:pPr>
        <w:ind w:left="259"/>
      </w:pPr>
      <w:r>
        <w:t>[ ] cesta do zahraničia</w:t>
      </w:r>
    </w:p>
    <w:p>
      <w:pPr>
        <w:ind w:left="259"/>
      </w:pPr>
      <w:r>
        <w:t>[ ] iné: _________________________________________________________</w:t>
      </w:r>
    </w:p>
    <w:p>
      <w:pPr>
        <w:pStyle w:val="Heading2"/>
      </w:pPr>
      <w:r>
        <w:t>Používateľ sa zaväzuje:</w:t>
      </w:r>
    </w:p>
    <w:p>
      <w:pPr>
        <w:pStyle w:val="ListBullet"/>
      </w:pPr>
      <w:r>
        <w:t>používať vozidlo v súlade s právnymi predpismi a poistnými podmienkami,</w:t>
      </w:r>
    </w:p>
    <w:p>
      <w:pPr>
        <w:pStyle w:val="ListBullet"/>
      </w:pPr>
      <w:r>
        <w:t>bezodkladne oznámiť škodu, nehodu, pokutu alebo poruchu,</w:t>
      </w:r>
    </w:p>
    <w:p>
      <w:pPr>
        <w:pStyle w:val="ListBullet"/>
      </w:pPr>
      <w:r>
        <w:t>neprenechať vozidlo ďalšej osobe bez súhlasu vlastníka / držiteľa.</w:t>
      </w:r>
    </w:p>
    <w:p>
      <w:r>
        <w:t>V __________________________ dňa _________________________________</w:t>
      </w:r>
    </w:p>
    <w:p>
      <w:r>
        <w:t>Podpis vlastníka / držiteľa: ______________________________________</w:t>
      </w:r>
    </w:p>
    <w:p>
      <w:r>
        <w:t>Podpis používateľa: ______________________________________________</w:t>
      </w:r>
    </w:p>
    <w:p>
      <w:pPr>
        <w:spacing w:before="160" w:after="160"/>
        <w:shd w:fill="FFF7ED"/>
      </w:pPr>
      <w:r>
        <w:rPr>
          <w:b/>
          <w:color w:val="7C2D12"/>
        </w:rPr>
        <w:t>Upozornenie: Tento dokument je orientačný vzor. Nenahrádza poistné podmienky, pracovnoprávnu dokumentáciu ani požiadavky cudzích úradov pri cestách do zahraničia.</w:t>
      </w:r>
    </w:p>
    <w:sectPr w:rsidR="00FC693F" w:rsidRPr="0006063C" w:rsidSect="0003461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748B"/>
        <w:sz w:val="18"/>
      </w:rPr>
      <w:t>Autofinancovanie.sk - orientačný vzor dokumentu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300" w:lineRule="auto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300" w:lineRule="auto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300" w:lineRule="auto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SPLNOMOCNENIE NA POUŽÍVANIE MOTOROVÉHO VOZIDLA</dc:title>
  <dc:subject>Vzor dokumentu pre vozidlo</dc:subject>
  <dc:creator>Autofinancovanie.sk</dc:creator>
  <cp:keywords>autofinancovanie, vozidlo, dokument, vzor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