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0B2545"/>
          <w:sz w:val="32"/>
        </w:rPr>
        <w:t>SPLNOMOCNENIE NA ODHLÁSENIE VOZIDLA / OZNÁMENIE ZMENY DRŽBY</w:t>
      </w:r>
    </w:p>
    <w:p>
      <w:pPr>
        <w:pStyle w:val="Heading2"/>
      </w:pPr>
      <w:r>
        <w:t>Splnomocniteľ: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Splnomocnenec:</w:t>
      </w:r>
    </w:p>
    <w:p>
      <w:r>
        <w:t>Meno / názov: ____________________________________________________</w:t>
      </w:r>
    </w:p>
    <w:p>
      <w:r>
        <w:t>Adresa / sídlo: __________________________________________________</w:t>
      </w:r>
    </w:p>
    <w:p>
      <w:r>
        <w:t>Dátum narodenia / IČO: ___________________________________________</w:t>
      </w:r>
    </w:p>
    <w:p>
      <w:r>
        <w:t>Číslo dokladu totožnosti: _________________________________________</w:t>
      </w:r>
    </w:p>
    <w:p>
      <w:pPr>
        <w:pStyle w:val="Heading2"/>
      </w:pPr>
      <w:r>
        <w:t>Vozidlo:</w:t>
      </w:r>
    </w:p>
    <w:p>
      <w:r>
        <w:t>Značka a model: __________________________________________________</w:t>
      </w:r>
    </w:p>
    <w:p>
      <w:r>
        <w:t>VIN: _____________________________________________________________</w:t>
      </w:r>
    </w:p>
    <w:p>
      <w:r>
        <w:t>EČV: _____________________________________________________________</w:t>
      </w:r>
    </w:p>
    <w:p>
      <w:r>
        <w:t>Osvedčenie o evidencii / technický preukaz: _______________________</w:t>
      </w:r>
    </w:p>
    <w:p>
      <w:pPr>
        <w:pStyle w:val="Heading2"/>
      </w:pPr>
      <w:r>
        <w:t>Rozsah splnomocnenia:</w:t>
      </w:r>
    </w:p>
    <w:p>
      <w:r>
        <w:t>Splnomocňujem uvedeného splnomocnenca, aby ma zastupoval pri odhlásení vozidla, oznámení zmeny držby alebo inom súvisiacom evidenčnom úkone týkajúcom sa vyššie uvedeného vozidla.</w:t>
      </w:r>
    </w:p>
    <w:p>
      <w:pPr>
        <w:pStyle w:val="Heading2"/>
      </w:pPr>
      <w:r>
        <w:t>Splnomocnenec je oprávnený:</w:t>
      </w:r>
    </w:p>
    <w:p>
      <w:pPr>
        <w:ind w:left="259"/>
      </w:pPr>
      <w:r>
        <w:t>[ ] podať a podpísať potrebné podania</w:t>
      </w:r>
    </w:p>
    <w:p>
      <w:pPr>
        <w:ind w:left="259"/>
      </w:pPr>
      <w:r>
        <w:t>[ ] prevziať doklady alebo potvrdenia, ak to postup umožňuje</w:t>
      </w:r>
    </w:p>
    <w:p>
      <w:pPr>
        <w:ind w:left="259"/>
      </w:pPr>
      <w:r>
        <w:t>[ ] zastupovať ma pri komunikácii s dopravným inšpektorátom</w:t>
      </w:r>
    </w:p>
    <w:p>
      <w:pPr>
        <w:ind w:left="259"/>
      </w:pPr>
      <w:r>
        <w:t>[ ] iné: _________________________________________________________</w:t>
      </w:r>
    </w:p>
    <w:p>
      <w:r>
        <w:t>Splnomocnenie je platné do: _______________________________________</w:t>
      </w:r>
    </w:p>
    <w:p>
      <w:r>
        <w:t>V __________________________ dňa _________________________________</w:t>
      </w:r>
    </w:p>
    <w:p>
      <w:r>
        <w:t>Podpis splnomocniteľa: ___________________________________________</w:t>
      </w:r>
    </w:p>
    <w:p>
      <w:r>
        <w:t>Podpis splnomocnenca: ____________________________________________</w:t>
      </w:r>
    </w:p>
    <w:p>
      <w:pPr>
        <w:spacing w:before="160" w:after="160"/>
        <w:shd w:fill="FFF7ED"/>
      </w:pPr>
      <w:r>
        <w:rPr>
          <w:b/>
          <w:color w:val="7C2D12"/>
        </w:rPr>
        <w:t>Upozornenie: Tento dokument je orientačný vzor. Presný evidenčný úkon a požiadavky na overenie podpisu si overte podľa aktuálneho oficiálneho postupu.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748B"/>
        <w:sz w:val="18"/>
      </w:rPr>
      <w:t>Autofinancovanie.sk - orientačný vzor dokumentu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NA ODHLÁSENIE VOZIDLA / OZNÁMENIE ZMENY DRŽBY</dc:title>
  <dc:subject>Vzor dokumentu pre vozidlo</dc:subject>
  <dc:creator>Autofinancovanie.sk</dc:creator>
  <cp:keywords>autofinancovanie, vozidlo, dokument, vzor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