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80"/>
        <w:jc w:val="center"/>
      </w:pPr>
      <w:r>
        <w:rPr>
          <w:rFonts w:ascii="Calibri" w:hAnsi="Calibri"/>
          <w:b/>
          <w:color w:val="0B2545"/>
          <w:sz w:val="32"/>
        </w:rPr>
        <w:t>POTVRDENIE O MONTÁŽI ŤAŽNÉHO ZARIADENIA</w:t>
      </w:r>
    </w:p>
    <w:p>
      <w:pPr>
        <w:pStyle w:val="Heading2"/>
      </w:pPr>
      <w:r>
        <w:t>Montážne pracovisko / servis:</w:t>
      </w:r>
    </w:p>
    <w:p>
      <w:r>
        <w:t>Názov: ___________________________________________________________</w:t>
      </w:r>
    </w:p>
    <w:p>
      <w:r>
        <w:t>Adresa: __________________________________________________________</w:t>
      </w:r>
    </w:p>
    <w:p>
      <w:r>
        <w:t>IČO: _____________________________________________________________</w:t>
      </w:r>
    </w:p>
    <w:p>
      <w:r>
        <w:t>Kontakt: _________________________________________________________</w:t>
      </w:r>
    </w:p>
    <w:p>
      <w:pPr>
        <w:pStyle w:val="Heading2"/>
      </w:pPr>
      <w:r>
        <w:t>Vlastník / držiteľ vozidla:</w:t>
      </w:r>
    </w:p>
    <w:p>
      <w:r>
        <w:t>Meno / názov: ____________________________________________________</w:t>
      </w:r>
    </w:p>
    <w:p>
      <w:r>
        <w:t>Adresa / sídlo: __________________________________________________</w:t>
      </w:r>
    </w:p>
    <w:p>
      <w:pPr>
        <w:pStyle w:val="Heading2"/>
      </w:pPr>
      <w:r>
        <w:t>Vozidlo:</w:t>
      </w:r>
    </w:p>
    <w:p>
      <w:r>
        <w:t>Značka a model: __________________________________________________</w:t>
      </w:r>
    </w:p>
    <w:p>
      <w:r>
        <w:t>VIN: _____________________________________________________________</w:t>
      </w:r>
    </w:p>
    <w:p>
      <w:r>
        <w:t>EČV: _____________________________________________________________</w:t>
      </w:r>
    </w:p>
    <w:p>
      <w:pPr>
        <w:pStyle w:val="Heading2"/>
      </w:pPr>
      <w:r>
        <w:t>Ťažné zariadenie:</w:t>
      </w:r>
    </w:p>
    <w:p>
      <w:r>
        <w:t>Výrobca: _________________________________________________________</w:t>
      </w:r>
    </w:p>
    <w:p>
      <w:r>
        <w:t>Typ / model: _____________________________________________________</w:t>
      </w:r>
    </w:p>
    <w:p>
      <w:r>
        <w:t>Výrobné číslo: ___________________________________________________</w:t>
      </w:r>
    </w:p>
    <w:p>
      <w:r>
        <w:t>Homologácia / schválenie: ________________________________________</w:t>
      </w:r>
    </w:p>
    <w:p>
      <w:r>
        <w:t>Maximálne zaťaženie: _____________________________________________</w:t>
      </w:r>
    </w:p>
    <w:p>
      <w:pPr>
        <w:pStyle w:val="Heading2"/>
      </w:pPr>
      <w:r>
        <w:t>Montáž:</w:t>
      </w:r>
    </w:p>
    <w:p>
      <w:r>
        <w:t>Dátum montáže: __________________________________________________</w:t>
      </w:r>
    </w:p>
    <w:p>
      <w:r>
        <w:t>Rozsah vykonaných prác: __________________________________________</w:t>
      </w:r>
    </w:p>
    <w:p>
      <w:r>
        <w:t>__________________________________________________________________</w:t>
      </w:r>
    </w:p>
    <w:p>
      <w:r>
        <w:t>Servis potvrdzuje, že ťažné zariadenie bolo namontované na vyššie uvedené vozidlo podľa technických požiadaviek výrobcu zariadenia a vozidla.</w:t>
      </w:r>
    </w:p>
    <w:p>
      <w:pPr>
        <w:pStyle w:val="Heading2"/>
      </w:pPr>
      <w:r>
        <w:t>Prílohy:</w:t>
      </w:r>
    </w:p>
    <w:p>
      <w:pPr>
        <w:ind w:left="259"/>
      </w:pPr>
      <w:r>
        <w:t>[ ] doklad o homologácii / schválení</w:t>
      </w:r>
    </w:p>
    <w:p>
      <w:pPr>
        <w:ind w:left="259"/>
      </w:pPr>
      <w:r>
        <w:t>[ ] montážny návod / technická dokumentácia</w:t>
      </w:r>
    </w:p>
    <w:p>
      <w:pPr>
        <w:ind w:left="259"/>
      </w:pPr>
      <w:r>
        <w:t>[ ] faktúra alebo servisný doklad</w:t>
      </w:r>
    </w:p>
    <w:p>
      <w:pPr>
        <w:ind w:left="259"/>
      </w:pPr>
      <w:r>
        <w:t>[ ] iné: _________________________________________________________</w:t>
      </w:r>
    </w:p>
    <w:p>
      <w:r>
        <w:t>V __________________________ dňa _________________________________</w:t>
      </w:r>
    </w:p>
    <w:p>
      <w:r>
        <w:t>Pečiatka a podpis servisu: _______________________________________</w:t>
      </w:r>
    </w:p>
    <w:p>
      <w:pPr>
        <w:spacing w:before="160" w:after="160"/>
        <w:shd w:fill="FFF7ED"/>
      </w:pPr>
      <w:r>
        <w:rPr>
          <w:b/>
          <w:color w:val="7C2D12"/>
        </w:rPr>
        <w:t>Upozornenie: Tento dokument je orientačný vzor. Zápis technickej zmeny, homologáciu a požiadavky na montáž si overte podľa aktuálnych pravidiel a u príslušného pracoviska.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748B"/>
        <w:sz w:val="18"/>
      </w:rPr>
      <w:t>Autofinancovanie.sk - orientačný vzor dokumentu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30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30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30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POTVRDENIE O MONTÁŽI ŤAŽNÉHO ZARIADENIA</dc:title>
  <dc:subject>Vzor dokumentu pre vozidlo</dc:subject>
  <dc:creator>Autofinancovanie.sk</dc:creator>
  <cp:keywords>autofinancovanie, vozidlo, dokument, vzor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