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NÁJOMNÁ ZMLUVA NA MOTOROVÉ VOZIDLO</w:t>
      </w:r>
    </w:p>
    <w:p>
      <w:pPr>
        <w:pStyle w:val="Heading2"/>
      </w:pPr>
      <w:r>
        <w:t>Prenajímateľ: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pPr>
        <w:pStyle w:val="Heading2"/>
      </w:pPr>
      <w:r>
        <w:t>Nájomca: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r>
        <w:t>Číslo dokladu totožnosti: _________________________________________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VIN: _____________________________________________________________</w:t>
      </w:r>
    </w:p>
    <w:p>
      <w:r>
        <w:t>EČV: _____________________________________________________________</w:t>
      </w:r>
    </w:p>
    <w:p>
      <w:r>
        <w:t>Stav kilometrov pri odovzdaní: ____________________________________</w:t>
      </w:r>
    </w:p>
    <w:p>
      <w:r>
        <w:t>Odovzdané kľúče a príslušenstvo: _________________________________</w:t>
      </w:r>
    </w:p>
    <w:p>
      <w:pPr>
        <w:pStyle w:val="Heading2"/>
      </w:pPr>
      <w:r>
        <w:t>Doba nájmu:</w:t>
      </w:r>
    </w:p>
    <w:p>
      <w:r>
        <w:t>Od: __________________________ Do: _______________________________</w:t>
      </w:r>
    </w:p>
    <w:p>
      <w:r>
        <w:t>Miesto odovzdania: _______________________________________________</w:t>
      </w:r>
    </w:p>
    <w:p>
      <w:r>
        <w:t>Miesto vrátenia: __________________________________________________</w:t>
      </w:r>
    </w:p>
    <w:p>
      <w:pPr>
        <w:pStyle w:val="Heading2"/>
      </w:pPr>
      <w:r>
        <w:t>Nájomné a kaucia:</w:t>
      </w:r>
    </w:p>
    <w:p>
      <w:r>
        <w:t>Nájomné: _________________________________________________________</w:t>
      </w:r>
    </w:p>
    <w:p>
      <w:r>
        <w:t>Spôsob úhrady: ___________________________________________________</w:t>
      </w:r>
    </w:p>
    <w:p>
      <w:r>
        <w:t>Kaucia: __________________________________________________________</w:t>
      </w:r>
    </w:p>
    <w:p>
      <w:r>
        <w:t>Podmienky vrátenia kaucie: _______________________________________</w:t>
      </w:r>
    </w:p>
    <w:p>
      <w:pPr>
        <w:pStyle w:val="Heading2"/>
      </w:pPr>
      <w:r>
        <w:t>Pravidlá používania:</w:t>
      </w:r>
    </w:p>
    <w:p>
      <w:r>
        <w:t>Kilometrový limit: _______________________________________________</w:t>
      </w:r>
    </w:p>
    <w:p>
      <w:r>
        <w:t>Palivo pri odovzdaní / vrátení: ___________________________________</w:t>
      </w:r>
    </w:p>
    <w:p>
      <w:r>
        <w:t>Územné obmedzenie používania: ____________________________________</w:t>
      </w:r>
    </w:p>
    <w:p>
      <w:r>
        <w:t>Poistenie a spoluúčasť: ___________________________________________</w:t>
      </w:r>
    </w:p>
    <w:p>
      <w:pPr>
        <w:pStyle w:val="Heading2"/>
      </w:pPr>
      <w:r>
        <w:t>Zodpovednosť za škody, pokuty a náklady:</w:t>
      </w:r>
    </w:p>
    <w:p>
      <w:r>
        <w:t>__________________________________________________________________</w:t>
      </w:r>
    </w:p>
    <w:p>
      <w:r>
        <w:t>__________________________________________________________________</w:t>
      </w:r>
    </w:p>
    <w:p>
      <w:pPr>
        <w:pStyle w:val="Heading2"/>
      </w:pPr>
      <w:r>
        <w:t>Stav vozidla pri odovzdaní:</w:t>
      </w:r>
    </w:p>
    <w:p>
      <w:pPr>
        <w:ind w:left="259"/>
      </w:pPr>
      <w:r>
        <w:t>[ ] bez viditeľného poškodenia</w:t>
      </w:r>
    </w:p>
    <w:p>
      <w:pPr>
        <w:pStyle w:val="Heading2"/>
      </w:pPr>
      <w:r>
        <w:t>[ ] poškodenia uvedené v prílohe / poznámke:</w:t>
      </w:r>
    </w:p>
    <w:p>
      <w:r>
        <w:t>__________________________________________________________________</w:t>
      </w:r>
    </w:p>
    <w:p>
      <w:r>
        <w:t>V __________________________ dňa _________________________________</w:t>
      </w:r>
    </w:p>
    <w:p>
      <w:r>
        <w:t>Podpis prenajímateľa: ____________________________________________</w:t>
      </w:r>
    </w:p>
    <w:p>
      <w:r>
        <w:t>Podpis nájomcu: __________________________________________________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Pri podnikateľskom prenájme, opakovanom prenájme alebo vyššej hodnote vozidla odporúčame právnu kontrolu.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NÁJOMNÁ ZMLUVA NA MOTOROVÉ VOZIDLO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