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ČESTNÉ VYHLÁSENIE O STRATE TECHNICKÉHO PREUKAZU / OSVEDČENIA O EVIDENCII</w:t>
      </w:r>
    </w:p>
    <w:p>
      <w:pPr>
        <w:pStyle w:val="Heading2"/>
      </w:pPr>
      <w:r>
        <w:t>Vyhlasovateľ: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pPr>
        <w:pStyle w:val="Heading2"/>
      </w:pPr>
      <w:r>
        <w:t>Stratený / poškodený doklad:</w:t>
      </w:r>
    </w:p>
    <w:p>
      <w:pPr>
        <w:ind w:left="259"/>
      </w:pPr>
      <w:r>
        <w:t>[ ] osvedčenie o evidencii časť I</w:t>
      </w:r>
    </w:p>
    <w:p>
      <w:pPr>
        <w:ind w:left="259"/>
      </w:pPr>
      <w:r>
        <w:t>[ ] osvedčenie o evidencii časť II</w:t>
      </w:r>
    </w:p>
    <w:p>
      <w:pPr>
        <w:ind w:left="259"/>
      </w:pPr>
      <w:r>
        <w:t>[ ] pôvodný technický preukaz</w:t>
      </w:r>
    </w:p>
    <w:p>
      <w:pPr>
        <w:ind w:left="259"/>
      </w:pPr>
      <w:r>
        <w:t>[ ] iný doklad: __________________________________________________</w:t>
      </w:r>
    </w:p>
    <w:p>
      <w:pPr>
        <w:pStyle w:val="Heading2"/>
      </w:pPr>
      <w:r>
        <w:t>Okolnosti straty / poškodenia:</w:t>
      </w:r>
    </w:p>
    <w:p>
      <w:r>
        <w:t>Dátum zistenia: __________________________________________________</w:t>
      </w:r>
    </w:p>
    <w:p>
      <w:r>
        <w:t>Miesto alebo okolnosti: ___________________________________________</w:t>
      </w:r>
    </w:p>
    <w:p>
      <w:r>
        <w:t>__________________________________________________________________</w:t>
      </w:r>
    </w:p>
    <w:p>
      <w:r>
        <w:t>Týmto čestne vyhlasujem, že uvedený doklad som stratil / bol poškodený / bol odcudzený za vyššie uvedených okolností a údaje v tomto vyhlásení sú pravdivé.</w:t>
      </w:r>
    </w:p>
    <w:p>
      <w:pPr>
        <w:pStyle w:val="Heading2"/>
      </w:pPr>
      <w:r>
        <w:t>Prílohy:</w:t>
      </w:r>
    </w:p>
    <w:p>
      <w:pPr>
        <w:ind w:left="259"/>
      </w:pPr>
      <w:r>
        <w:t>[ ] potvrdenie polície</w:t>
      </w:r>
    </w:p>
    <w:p>
      <w:pPr>
        <w:ind w:left="259"/>
      </w:pPr>
      <w:r>
        <w:t>[ ] doklad totožnosti</w:t>
      </w:r>
    </w:p>
    <w:p>
      <w:pPr>
        <w:ind w:left="259"/>
      </w:pPr>
      <w:r>
        <w:t>[ ] iné: _________________________________________________________</w:t>
      </w:r>
    </w:p>
    <w:p>
      <w:r>
        <w:t>V __________________________ dňa _________________________________</w:t>
      </w:r>
    </w:p>
    <w:p>
      <w:r>
        <w:t>Podpis vyhlasovateľa: 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Nenahrádza oficiálnu žiadosť, elektronický formulár ani požiadavky dopravného inšpektorátu.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STRATE TECHNICKÉHO PREUKAZU / OSVEDČENIA O EVIDENCII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